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Bragen ulkoilmamuseo, Bragenkuja 1. VAASA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14:00-17:00 Kansallispuku -folkdräktspiknik 2026</w:t>
      </w:r>
    </w:p>
    <w:p>
      <w:r>
        <w:t>Kansallispukupiknik Bragen ulkoilmamuseolla sunnuntaina 9.8. klo 14.00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