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Krog Mistral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18:00-18:00 Mistral Summer Party</w:t>
      </w:r>
    </w:p>
    <w:p>
      <w:r>
        <w:t>Oy Hovet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