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Kristinestads skola/sjöjdsal ,Koulukatu 13, Kristiinankaupunki</w:t>
      </w:r>
    </w:p>
    <w:p>
      <w:r>
        <w:t>6.2.2027 lauantai</w:t>
      </w:r>
    </w:p>
    <w:p>
      <w:pPr>
        <w:pStyle w:val="Heading1"/>
      </w:pPr>
      <w:r>
        <w:t>6.2.2027-21.2.2027</w:t>
      </w:r>
    </w:p>
    <w:p>
      <w:pPr>
        <w:pStyle w:val="Heading2"/>
      </w:pPr>
      <w:r>
        <w:t>09:00-15:15 Hopeatyökurssi</w:t>
      </w:r>
    </w:p>
    <w:p>
      <w:r>
        <w:t>Hopeatyökurssi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