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 käsityösali, Rantakatu 18, Kristiinankauppunki</w:t>
      </w:r>
    </w:p>
    <w:p>
      <w:r>
        <w:t>10.10.2026 lauantai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09:00-15:00 VALMISTUS KANSALLISPUKUIHIN TULEVIIN PEILINAPPEIHIN kurssi 2</w:t>
      </w:r>
    </w:p>
    <w:p>
      <w:r>
        <w:t xml:space="preserve">Opi valmistamaan peilinappeja yksinkertaisin keinoin viikonlopun aikana.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