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BErny's / Maailmanperintöportti, Raippaluodontie 2, Raippaluoto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18:00-19:30 Suomen länsirannikon reitit</w:t>
      </w:r>
    </w:p>
    <w:p>
      <w:r>
        <w:t>Lähde mukaan matkalle Suomen länsirannikolle – Harri Ahosen luento ja 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