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Akustiikka, Koulukatu 2 B, 84100 Ylivieska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19:00-20:00 Soitinkokoelmakonsertti</w:t>
      </w:r>
    </w:p>
    <w:p>
      <w:r>
        <w:t>Mittaamattoman arvokkaat – säätiösoittimet taitureiden käsissä.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