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Gerbyntie 16, Vaasa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14:00-16:00 Taide innovaatioiden kiihdyttäjänä – Tapahtuma Wasa Future Festivalilla 13.8.2026 klo 14</w:t>
      </w:r>
    </w:p>
    <w:p>
      <w:r>
        <w:t xml:space="preserve">Suomen Taiteilijaseuran keskustelu- ja verkostoitumistilaisuus Wasa Future Festivalilla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