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Galleria Spectra, Koulukatu 10, Kristiinankaupunki</w:t>
      </w:r>
    </w:p>
    <w:p>
      <w:r>
        <w:t>30.1.2027 lauantai</w:t>
      </w:r>
    </w:p>
    <w:p>
      <w:pPr>
        <w:pStyle w:val="Heading1"/>
      </w:pPr>
      <w:r>
        <w:t>30.1.2027-31.1.2027</w:t>
      </w:r>
    </w:p>
    <w:p>
      <w:pPr>
        <w:pStyle w:val="Heading2"/>
      </w:pPr>
      <w:r>
        <w:t>11:00-16:00 Ville Hautaluoman taidekurssi</w:t>
      </w:r>
    </w:p>
    <w:p>
      <w:r>
        <w:t>Talven värit ja tunnelma maalauksessa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