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Spectra, Koulukatu 10, Kristiinankaupunki</w:t>
      </w:r>
    </w:p>
    <w:p>
      <w:r>
        <w:t>24.10.2026 lauantai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11:00-16:00 Ville Hautaluoman taidekurssi</w:t>
      </w:r>
    </w:p>
    <w:p>
      <w:r>
        <w:t>Abstraktit maalaustekniikat ja esittävät teokset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