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Essegården, Nådjärvsvägen 4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15:00-16:00 Barnens Sommarteater 2026 – Findus flyttar ut</w:t>
      </w:r>
    </w:p>
    <w:p>
      <w:r>
        <w:t xml:space="preserve">Den roliga och musikaliska pjäsen ”Findus flyttar ut” spelas i Essegården.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