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Lillbyvägen 28, 65280 Vasa</w:t>
      </w:r>
    </w:p>
    <w:p>
      <w:r>
        <w:t>23.6.2026 tiistai</w:t>
      </w:r>
    </w:p>
    <w:p>
      <w:pPr>
        <w:pStyle w:val="Heading1"/>
      </w:pPr>
      <w:r>
        <w:t>23.6.2026-30.7.2026</w:t>
      </w:r>
    </w:p>
    <w:p>
      <w:pPr>
        <w:pStyle w:val="Heading2"/>
      </w:pPr>
      <w:r>
        <w:t xml:space="preserve">15:30-19:30 Glass och aktiviteter </w:t>
      </w:r>
    </w:p>
    <w:p>
      <w:r>
        <w:t xml:space="preserve">Vårt mysiga glasscafé är öppet hela sommaren - ta med kompisar, familjen eller kompisar själv. Pussel, pingis och konst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