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Lillbyvägen 28, 65280 Vasa</w:t>
      </w:r>
    </w:p>
    <w:p>
      <w:r>
        <w:t>6.7.2026 maanantai</w:t>
      </w:r>
    </w:p>
    <w:p>
      <w:pPr>
        <w:pStyle w:val="Heading1"/>
      </w:pPr>
      <w:r>
        <w:t>6.7.2026-9.7.2026</w:t>
      </w:r>
    </w:p>
    <w:p>
      <w:pPr>
        <w:pStyle w:val="Heading2"/>
      </w:pPr>
      <w:r>
        <w:t xml:space="preserve">15:30-19:30 Loppis på Gerby uf </w:t>
      </w:r>
    </w:p>
    <w:p>
      <w:r>
        <w:t xml:space="preserve">Loppis på Gerby UF,  boka ett bord och sälj själv eller kom och fynda! Vårt glass café är öppet under loppiset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