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Merikatu 35, 64100 KRISTIINANKAUPUNKI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13:00-15:00 Ralf Henriksson paikalla liikkeessä</w:t>
      </w:r>
    </w:p>
    <w:p>
      <w:r>
        <w:t>Keskustelemassa ja signeeraamassa kirjojansa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