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Teboilin piha, Koulukatu 1, Pietarsaari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09:00-16:00 Kuuloauto-tapahtuma</w:t>
      </w:r>
    </w:p>
    <w:p>
      <w:r>
        <w:t>Kuuloliiton Kuuloauto liikkeellä - tule testauttamaan kuulosi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