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Länsimetsän koulu, Länsimetsäntie 10, Vaasa</w:t>
      </w:r>
    </w:p>
    <w:p>
      <w:r>
        <w:t>3.10.2026 lauantai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09:00-06:00 Strömmen 2026 partiotaitojen syys SM-kilpailu</w:t>
      </w:r>
    </w:p>
    <w:p>
      <w:r>
        <w:t>Partiotaitojen SM-kilpailu Vaasassa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