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Cornelia, Vasavägen 10, 64200 Närpes</w:t>
      </w:r>
    </w:p>
    <w:p>
      <w:r>
        <w:t>29.7.2026 keskiviikko</w:t>
      </w:r>
    </w:p>
    <w:p>
      <w:pPr>
        <w:pStyle w:val="Heading1"/>
      </w:pPr>
      <w:r>
        <w:t>29.7.2026 keskiviikko</w:t>
      </w:r>
    </w:p>
    <w:p>
      <w:pPr>
        <w:pStyle w:val="Heading2"/>
      </w:pPr>
      <w:r>
        <w:t xml:space="preserve">18:00-18:00 Allsångskonsert och Musik-quiz med Kalle och Camilla </w:t>
      </w:r>
    </w:p>
    <w:p>
      <w:r>
        <w:t>Allsångskonsert och lekfullt Musikquiz med Kalle och Camilla på Cornelia onsdag 29.7 kl 18,00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