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14:00-19:00 DJURDAG vid 4H´s sommarcafé ONSDAG 24.6 kl.14-19</w:t>
      </w:r>
    </w:p>
    <w:p>
      <w:r>
        <w:t>DJURDAG vid 4H´s sommarcafé ONSDAG 24.6 kl.14-19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