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Youthbacka, Juthasvägen 34, Juthbacka, Nykarleby</w:t>
      </w:r>
    </w:p>
    <w:p>
      <w:r>
        <w:t>23.6.2026 tiistai</w:t>
      </w:r>
    </w:p>
    <w:p>
      <w:pPr>
        <w:pStyle w:val="Heading1"/>
      </w:pPr>
      <w:r>
        <w:t>23.6.2026-28.6.2026</w:t>
      </w:r>
    </w:p>
    <w:p>
      <w:pPr>
        <w:pStyle w:val="Heading2"/>
      </w:pPr>
      <w:r>
        <w:t>14:00-19:00 SKATTJAKT vid sommarcaféet under v.26 kl.14-19</w:t>
      </w:r>
    </w:p>
    <w:p>
      <w:r>
        <w:t>SKATTJAKT vid sommarcaféet under v.26 kl.14-19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