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Ilogarden Vallgrundvägen 513 Norra vallgrund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18:00-21:00 Kesäilta niityllä🌸</w:t>
      </w:r>
    </w:p>
    <w:p>
      <w:r>
        <w:t>Joel Sundkvist soittaa live musikkia, voit tehdä oman kukkakimppun sekä nauttia hyvästä pullasta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