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Djupkastintie 29, Norrskat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14:00-16:00 Pyhiinvaeltajankirkko ja -polku Köklotissa</w:t>
      </w:r>
    </w:p>
    <w:p>
      <w:r>
        <w:t>Tule tutustumaan Köklotin Pyhiinvaeltajan kirkkoon ja polkuun maailmanperintöopaan Mirjam Silvénin johdolla.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