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Vikarskatintie 426, Björköby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17:00-20:00 Opastettu kävelyretki Vikarskat-Hamnbastun luontopolulla</w:t>
      </w:r>
    </w:p>
    <w:p>
      <w:r>
        <w:t>Tule mukaan opastetulle kävelyretkelle Vikarskat-Hamnbastun luontopolulle Björköbyhyn. Vesa Heinonen opastaa.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