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Lillbyvägen 28, 65280 Vasa</w:t>
      </w:r>
    </w:p>
    <w:p>
      <w:r>
        <w:t>22.6.2026 maanantai</w:t>
      </w:r>
    </w:p>
    <w:p>
      <w:pPr>
        <w:pStyle w:val="Heading1"/>
      </w:pPr>
      <w:r>
        <w:t>22.6.2026 maanantai</w:t>
      </w:r>
    </w:p>
    <w:p>
      <w:pPr>
        <w:pStyle w:val="Heading2"/>
      </w:pPr>
      <w:r>
        <w:t xml:space="preserve">15:30-19:30 Sommarcafé och aktiviteter </w:t>
      </w:r>
    </w:p>
    <w:p>
      <w:r>
        <w:t xml:space="preserve"> Vasas mysigaste sommarcafé serverar våfflor och Närpes hantverksglass må - to kl. 15.30 till 19.30 hela sommaren.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