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Studio Fremdeling, Rantakatu 42, Kristiinankaupunki</w:t>
      </w:r>
    </w:p>
    <w:p>
      <w:r>
        <w:t>26.6.2026 perjantai</w:t>
      </w:r>
    </w:p>
    <w:p>
      <w:pPr>
        <w:pStyle w:val="Heading1"/>
      </w:pPr>
      <w:r>
        <w:t>26.6.2026-27.6.2026</w:t>
      </w:r>
    </w:p>
    <w:p>
      <w:pPr>
        <w:pStyle w:val="Heading2"/>
      </w:pPr>
      <w:r>
        <w:t>12:00-16:00 Kristinestad Artists Residency: loppunäyttely 26.-27.6. Studio Fremdelingissä</w:t>
      </w:r>
    </w:p>
    <w:p>
      <w:r>
        <w:t>Kuvataidetta, veistoksia ja installaatio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