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Strandvallen, Maksamaa, Maksamaantie 340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12:00-12:00 Julispelen</w:t>
      </w:r>
    </w:p>
    <w:p>
      <w:r>
        <w:t>Yleisurheilun piirikilpailut Maksamaassa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