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Tullmagasinet vid Andra Sjön, Andrasjövägen 328, Uusikaarlepyy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19:00-21:00 Livemusiikkia Tullmagasinet kahvilassa</w:t>
      </w:r>
    </w:p>
    <w:p>
      <w:r>
        <w:t>Livemusiikkia, hyvää ruokaa ja mukavaa yhdessäoloa kesäillassa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