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Jthasvägen 34, Juthbacka, Nykarlebt</w:t>
      </w:r>
    </w:p>
    <w:p>
      <w:r>
        <w:t>16.6.2026 tiistai</w:t>
      </w:r>
    </w:p>
    <w:p>
      <w:pPr>
        <w:pStyle w:val="Heading1"/>
      </w:pPr>
      <w:r>
        <w:t>16.6.2026-18.6.2026</w:t>
      </w:r>
    </w:p>
    <w:p>
      <w:pPr>
        <w:pStyle w:val="Heading2"/>
      </w:pPr>
      <w:r>
        <w:t>14:00-19:00 Käpphästvecka at Youthbacka - TIS 16.6, ONS 17.6 och TOR 18.6.26, kl. 14:00 - 19:00</w:t>
      </w:r>
    </w:p>
    <w:p>
      <w:r>
        <w:t>Käpphästvecka at Youthbacka - TIS 16.6, ONS 17.6 och TOR 18.6.26,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