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Härkmeri paviljong, Byviken/Solaxvägen 5, 64460 Härkmeri, Finland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15:00-15:00 Teater "Findus flyttar ut" på Härkmeri paviljong</w:t>
      </w:r>
    </w:p>
    <w:p>
      <w:r>
        <w:t>Välkommen till Härkmeri paviljong söndagen den 5.7.2026 kl.15 på teaterpjäsen Findus flyttar ut!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