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Kotirannan viljelypalstan takana, pyörätietä vasten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16:00-18:00 Espanjansiruetanan torjuntatalkoot ja informaatiotapahtuma</w:t>
      </w:r>
    </w:p>
    <w:p>
      <w:r>
        <w:t>Tutustu haitalliseen vieraslajiin espanjansiruetanaan, opi tunnistamaan ja torjumaan, Etsitään etanoita maastossa.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