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Tottesundin kartano, Tottesund 529, 66640 Maxmo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16:00-16:00 Kesäkonsertti Josefin Sirénin tähdittämänä Tottesundin kartanolla</w:t>
      </w:r>
    </w:p>
    <w:p>
      <w:r>
        <w:t xml:space="preserve"> Päätämme Vöyrinpäivät tunnelmallisella konsertilla, jossa esiintyy Josefin Sirén.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