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Rökiön kvarnstuga, Lotlaxintie 9, 66600 Vöyri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19:00-19:00 Vöyrinpäivien kesäjuhla</w:t>
      </w:r>
    </w:p>
    <w:p>
      <w:r>
        <w:t>Tänä vuonna teemme jotain uutta. Pääjuhla siirtyy viikon alkuun ja toimii Vöyrinpäivien avajaisina.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