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Salmonvägen 21</w:t>
      </w:r>
    </w:p>
    <w:p>
      <w:r>
        <w:t>17.6.2026 keskiviikko</w:t>
      </w:r>
    </w:p>
    <w:p>
      <w:pPr>
        <w:pStyle w:val="Heading1"/>
      </w:pPr>
      <w:r>
        <w:t>17.6.2026 keskiviikko</w:t>
      </w:r>
    </w:p>
    <w:p>
      <w:pPr>
        <w:pStyle w:val="Heading2"/>
      </w:pPr>
      <w:r>
        <w:t>14:00-17:00 Gillihengailua lapsille ja nuorisolle Särkimon uimarannalla</w:t>
      </w:r>
    </w:p>
    <w:p>
      <w:r>
        <w:t>KAJ-sauna vierailee eri uimarannoilla kesäkuun aikana.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