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Kirkkosaaren virkistysalue, Kaavontönkkä 5, 66500 Vähäkyrö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18:00-21:00 Cars  Coffee 65’ Happy Days 2026</w:t>
      </w:r>
    </w:p>
    <w:p>
      <w:r>
        <w:t>Cars &amp; Coffee 65’ MEET #3 kohteena Vähänkyrön Happy Days; harrasteautoja, katuruokaa ja livemusiikkia!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