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Onkilahden puisto, Järvikatu, Vaasa.</w:t>
      </w:r>
    </w:p>
    <w:p>
      <w:r>
        <w:t>22.6.2026 maanantai</w:t>
      </w:r>
    </w:p>
    <w:p>
      <w:pPr>
        <w:pStyle w:val="Heading1"/>
      </w:pPr>
      <w:r>
        <w:t>22.6.2026 maanantai</w:t>
      </w:r>
    </w:p>
    <w:p>
      <w:pPr>
        <w:pStyle w:val="Heading2"/>
      </w:pPr>
      <w:r>
        <w:t>10:00-15:00 Hildan kesäpäivä Onkilahden puistossa</w:t>
      </w:r>
    </w:p>
    <w:p>
      <w:r>
        <w:t>Kirjastoauto Hilda viettää kesäpäivää Onkilahden puistossa ma 22.6.2026 klo 10-15.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