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Kirkonmäen Kulttuurialue, Merikaarrontie 5, 66500 Vähäkyrö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15:00-18:00 🌸Perennat kiertoon! -istuttamispäivä Aistipuutarha Himmelgårdissa🌸</w:t>
      </w:r>
    </w:p>
    <w:p>
      <w:r>
        <w:t>Kaipaavatko perennasi jakamista? Kierrätä ylimääräiset perennasi Aistipuutarha Himmelgårdin puutarhaan!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