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Visaforestin tenniskentät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18:00-20:00 Tenniskurssi aikuisille 29.6. -3.7</w:t>
      </w:r>
    </w:p>
    <w:p>
      <w:r>
        <w:t>Tenniskurssi aikuisille. Kokonaiskesto 10 tuntia ja kurssi on iltaisin 18-20. Omaa mailaa ei tarvita!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