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Rönnvik Hembygdsförening rf. Rönnvikvägen 69, FI-66580 Korsholm, Finland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18:00-18:00 Sandum  Tallroth - Concert  Jam in Rönnvik</w:t>
      </w:r>
    </w:p>
    <w:p>
      <w:r>
        <w:t>Tervetuloa konserttiin ja jamisessioon kahden Pohjoismaiden huippukansanmuusikon kanssa – Øyvind Sandum (Norja) ja Roger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