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Övermark UF-lokal, Smedsvägen 1, Övermark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11:00-15:00 Övermarkdagarna</w:t>
      </w:r>
    </w:p>
    <w:p>
      <w:r>
        <w:t>Övermarkdagarna firas varje sommar i juli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