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United kenttä, Puutarhakatu, 68600 Pietarsaari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10:00-19:00 Minibolls-VM 2026</w:t>
      </w:r>
    </w:p>
    <w:p>
      <w:r>
        <w:t>Koe MM-tunnelma aidosti. Hyviä otteluita ja hyvä tunnelma, jotain sekä suurille että pienille.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