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14:00-18:00 Minigolf turnering vid Juthbacka - SÖN 14.6.2026 kl.14-18</w:t>
      </w:r>
    </w:p>
    <w:p>
      <w:r>
        <w:t>Minigolf turnering vid Juthbacka - SÖN 14.6.2026 kl.14-18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