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Tiklaspuisto  (Vöyrinkatu)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17:00-18:15 Afrotanssia ja Buti-joogaa puistossa</w:t>
      </w:r>
    </w:p>
    <w:p>
      <w:r>
        <w:t>Tule mukaan ulkoilmatunnille, jossa yhdistyvät afrohenkinen musiikki, afrotanssin rytmit ja energinen Buti-jooga!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