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Tavataan Laihian Rajavuoren erä- ja retkeilykeskuksella</w:t>
      </w:r>
    </w:p>
    <w:p>
      <w:r>
        <w:t>14.6.2026 sunnuntai</w:t>
      </w:r>
    </w:p>
    <w:p>
      <w:pPr>
        <w:pStyle w:val="Heading1"/>
      </w:pPr>
      <w:r>
        <w:t>14.6.2026 sunnuntai</w:t>
      </w:r>
    </w:p>
    <w:p>
      <w:pPr>
        <w:pStyle w:val="Heading2"/>
      </w:pPr>
      <w:r>
        <w:t xml:space="preserve">09:30-10:30 Luontoretki Rajavuorelle kansanedustaja Oras Tynkkysen kanssa </w:t>
      </w:r>
    </w:p>
    <w:p>
      <w:r>
        <w:t>Mukana kansanedustaja Oras Tynkkynen, valtuutettu Sanna Halmesmäki sekä Kyrön seudun luonnonsuojeluyhdistys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