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Vaasa, Korsholmanpuistikko 44</w:t>
      </w:r>
    </w:p>
    <w:p>
      <w:r>
        <w:t>12.6.2026 perjantai</w:t>
      </w:r>
    </w:p>
    <w:p>
      <w:pPr>
        <w:pStyle w:val="Heading1"/>
      </w:pPr>
      <w:r>
        <w:t>12.6.2026-19.6.2026</w:t>
      </w:r>
    </w:p>
    <w:p>
      <w:pPr>
        <w:pStyle w:val="Heading2"/>
      </w:pPr>
      <w:r>
        <w:t>17:00-19:00 Fun  Art Time</w:t>
      </w:r>
    </w:p>
    <w:p>
      <w:r>
        <w:t>Fun &amp; Art Time brings Persian-speaking children together for games, crafts, creativity, and new friendships.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