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Youthbacka, Juthasvägen 34, Juthbacka, Nykarleby</w:t>
      </w:r>
    </w:p>
    <w:p>
      <w:r>
        <w:t>13.6.2026 lauantai</w:t>
      </w:r>
    </w:p>
    <w:p>
      <w:pPr>
        <w:pStyle w:val="Heading1"/>
      </w:pPr>
      <w:r>
        <w:t>13.6.2026-14.6.2026</w:t>
      </w:r>
    </w:p>
    <w:p>
      <w:pPr>
        <w:pStyle w:val="Heading2"/>
      </w:pPr>
      <w:r>
        <w:t>14:00-19:00 Hinderbana för barn at Youthbacka - LÖR 13 - SÖN 14.6.2026, kl. 14:00 - 19:00</w:t>
      </w:r>
    </w:p>
    <w:p>
      <w:r>
        <w:t>Hinderbana för barn at Youthbacka - LÖR 13 - SÖN 14.6.2026, kl. 14:00 - 19:00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