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Astragården, Vöyrintie 18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10:00-14:00 Kirjailijateltta Vöyrin markkinapäivillä</w:t>
      </w:r>
    </w:p>
    <w:p>
      <w:r>
        <w:t>Tervetuloa kirjailijatelttaan lauantaina 4.7. klo 10–14 Vöyrin kunnantalon torialueelle (Vöyrintie 18)!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