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Laihian Nuorisoseura Alkiontie 6 66400 Laihia</w:t>
      </w:r>
    </w:p>
    <w:p>
      <w:r>
        <w:t>25.6.2026 torstai</w:t>
      </w:r>
    </w:p>
    <w:p>
      <w:pPr>
        <w:pStyle w:val="Heading1"/>
      </w:pPr>
      <w:r>
        <w:t>25.6.2026 torstai</w:t>
      </w:r>
    </w:p>
    <w:p>
      <w:pPr>
        <w:pStyle w:val="Heading2"/>
      </w:pPr>
      <w:r>
        <w:t>17:00-21:00 Kirje sieltä jostakin</w:t>
      </w:r>
    </w:p>
    <w:p>
      <w:r>
        <w:t xml:space="preserve">Sota-ajan lauluja konsertti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