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Bergbyvägen 241, 66600 Vörå, Finland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13:00-16:00 Sauna hengailua lapsille ja nuorisolle Kangaksen uimarannalla</w:t>
      </w:r>
    </w:p>
    <w:p>
      <w:r>
        <w:t>KAJ-sauna vierailee eri uimarannoilla kesäkuun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