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Adidashallen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17:00-19:00 Kiinnostaisiko frisbeegolf? Tule rohkeasti kokeilemaan!</w:t>
      </w:r>
    </w:p>
    <w:p>
      <w:r>
        <w:t>Kokeile frisbeegolfia! Saat vinkkejä ja pääset testaamaan uutta rataa Norrvallassa.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