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Kaskö hembygdsmuseum, Rådhusgatan 48, Kaskö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13:00-17:00 Bokrelease 14.6 En Kasköynglings resa på fyrmastbarken PASSAT 1938-1939. Karl-Gustav Nissén har sammanställt sin fars dagboksanteckningar till en intressant bok med mycket bildmaterial.</w:t>
      </w:r>
    </w:p>
    <w:p>
      <w:r>
        <w:t>Skildring om livet ombord i med- och motgång - en epok inom sjöfarten som gick i graven med andra världskriget.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