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Länsiniitty &amp; Koskisuo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11:00-14:00 Länsiniityn ja Koskisuon pihakirppis</w:t>
      </w:r>
    </w:p>
    <w:p>
      <w:r>
        <w:t>Länsiniityn ja Koskisuon alueella järjestetään kaikille avoin pihakirppistapahtuma.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