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Irish Pub O'Malley's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22:00-23:59 Friday 5.6 SUPERBAN at OMalleys</w:t>
      </w:r>
    </w:p>
    <w:p>
      <w:r>
        <w:t>Friday 5.6 SUPERBAN at O'Malley's. Showtime 22!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